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AE867" w14:textId="77777777" w:rsidR="00C21671" w:rsidRDefault="00000000" w:rsidP="00D962F6">
      <w:pPr>
        <w:pStyle w:val="Title"/>
        <w:keepLines/>
        <w:spacing w:after="80"/>
      </w:pPr>
      <w:r>
        <w:t>Candidate Interview</w:t>
      </w:r>
    </w:p>
    <w:p w14:paraId="4862A064" w14:textId="77777777" w:rsidR="00442762" w:rsidRDefault="00000000" w:rsidP="00BC2725">
      <w:pPr>
        <w:keepLines/>
        <w:spacing w:before="240" w:line="240" w:lineRule="auto"/>
      </w:pPr>
      <w:r>
        <w:t>Candidate name: _______</w:t>
      </w:r>
      <w:r w:rsidR="00442762">
        <w:t>_____</w:t>
      </w:r>
      <w:r>
        <w:t>________________</w:t>
      </w:r>
      <w:r w:rsidR="00442762">
        <w:t>___________________</w:t>
      </w:r>
      <w:r>
        <w:t>____</w:t>
      </w:r>
      <w:r w:rsidR="00442762">
        <w:t xml:space="preserve"> P</w:t>
      </w:r>
      <w:r>
        <w:t>hone</w:t>
      </w:r>
      <w:r w:rsidR="00442762">
        <w:t xml:space="preserve">: </w:t>
      </w:r>
      <w:r>
        <w:t xml:space="preserve">_______________________    </w:t>
      </w:r>
    </w:p>
    <w:p w14:paraId="0AB00887" w14:textId="77777777" w:rsidR="00C21671" w:rsidRDefault="00442762" w:rsidP="00D962F6">
      <w:pPr>
        <w:keepLines/>
        <w:spacing w:line="240" w:lineRule="auto"/>
      </w:pPr>
      <w:r>
        <w:t>Position: __________________________ Interviewer: ____________________________Date: __________________</w:t>
      </w:r>
    </w:p>
    <w:p w14:paraId="1E43E19C" w14:textId="77777777" w:rsidR="00C21671" w:rsidRDefault="00000000" w:rsidP="00D962F6">
      <w:pPr>
        <w:pStyle w:val="Heading1"/>
        <w:keepNext/>
        <w:spacing w:before="140" w:line="240" w:lineRule="auto"/>
      </w:pPr>
      <w:r>
        <w:t>Dealbreaker Questions</w:t>
      </w:r>
    </w:p>
    <w:p w14:paraId="2D32EAD9" w14:textId="77777777" w:rsidR="00C21671" w:rsidRDefault="00000000" w:rsidP="00D962F6">
      <w:pPr>
        <w:keepLines/>
        <w:spacing w:line="240" w:lineRule="auto"/>
      </w:pPr>
      <w:r>
        <w:rPr>
          <w:sz w:val="18"/>
        </w:rPr>
        <w:t>Apply only the dealer’s lawful requirements for this position. End the interview if a required condition cannot be met after clarification. An accommodation request or unresolved screening issue needs review, not automatic rejection.</w:t>
      </w:r>
    </w:p>
    <w:p w14:paraId="1568641F" w14:textId="77777777" w:rsidR="00C21671" w:rsidRDefault="00000000" w:rsidP="00D962F6">
      <w:pPr>
        <w:keepLines/>
        <w:spacing w:line="240" w:lineRule="auto"/>
      </w:pPr>
      <w:r>
        <w:rPr>
          <w:sz w:val="18"/>
        </w:rPr>
        <w:t>Yes / No / Clarify   Are you willing to participate in our required job-related background screening?</w:t>
      </w:r>
    </w:p>
    <w:p w14:paraId="60D5B235" w14:textId="77777777" w:rsidR="00C21671" w:rsidRDefault="00000000" w:rsidP="00D962F6">
      <w:pPr>
        <w:keepLines/>
        <w:spacing w:line="240" w:lineRule="auto"/>
      </w:pPr>
      <w:r>
        <w:rPr>
          <w:sz w:val="18"/>
        </w:rPr>
        <w:t>Yes / No / Clarify   If required and permitted, are you willing to complete our drug-screening process and meet the applicable requirements?</w:t>
      </w:r>
    </w:p>
    <w:p w14:paraId="012276E5" w14:textId="77777777" w:rsidR="00D962F6" w:rsidRDefault="00000000" w:rsidP="00D962F6">
      <w:pPr>
        <w:keepLines/>
        <w:spacing w:line="240" w:lineRule="auto"/>
        <w:rPr>
          <w:sz w:val="18"/>
        </w:rPr>
      </w:pPr>
      <w:r>
        <w:rPr>
          <w:sz w:val="18"/>
        </w:rPr>
        <w:t>Yes / No / Clarify   Can you reliably work the schedule we have described, including required evenings and weekends?</w:t>
      </w:r>
    </w:p>
    <w:p w14:paraId="2237E84A" w14:textId="77777777" w:rsidR="00D962F6" w:rsidRPr="00D962F6" w:rsidRDefault="00D962F6" w:rsidP="00D962F6">
      <w:pPr>
        <w:keepLines/>
        <w:spacing w:line="240" w:lineRule="auto"/>
      </w:pPr>
      <w:r>
        <w:rPr>
          <w:sz w:val="18"/>
        </w:rPr>
        <w:t>Yes / No / Clarify   Can you perform the essential duties we have described, with or without reasonable accommodation?</w:t>
      </w:r>
    </w:p>
    <w:p w14:paraId="55D72218" w14:textId="77777777" w:rsidR="00C21671" w:rsidRDefault="00000000" w:rsidP="00D962F6">
      <w:pPr>
        <w:keepLines/>
        <w:spacing w:line="240" w:lineRule="auto"/>
      </w:pPr>
      <w:r>
        <w:rPr>
          <w:sz w:val="18"/>
        </w:rPr>
        <w:t xml:space="preserve">Yes / No / Clarify   </w:t>
      </w:r>
      <w:r w:rsidR="00D962F6">
        <w:rPr>
          <w:sz w:val="18"/>
        </w:rPr>
        <w:t xml:space="preserve">This position occasionally requires driving dealership vehicles. Do you currently </w:t>
      </w:r>
      <w:proofErr w:type="gramStart"/>
      <w:r w:rsidR="00D962F6">
        <w:rPr>
          <w:sz w:val="18"/>
        </w:rPr>
        <w:t>hold</w:t>
      </w:r>
      <w:proofErr w:type="gramEnd"/>
      <w:r w:rsidR="00D962F6">
        <w:rPr>
          <w:sz w:val="18"/>
        </w:rPr>
        <w:t xml:space="preserve"> a valid driver’s license</w:t>
      </w:r>
      <w:r>
        <w:rPr>
          <w:sz w:val="18"/>
        </w:rPr>
        <w:t>?</w:t>
      </w:r>
    </w:p>
    <w:p w14:paraId="3943D570" w14:textId="77777777" w:rsidR="00C21671" w:rsidRDefault="001C2DEB" w:rsidP="00D962F6">
      <w:pPr>
        <w:pStyle w:val="Heading1"/>
        <w:keepNext/>
        <w:spacing w:before="140" w:line="240" w:lineRule="auto"/>
      </w:pPr>
      <w:r>
        <w:t>Behavioral</w:t>
      </w:r>
      <w:r w:rsidR="00D962F6">
        <w:t xml:space="preserve"> Attributes</w:t>
      </w:r>
    </w:p>
    <w:p w14:paraId="7A5FFC41" w14:textId="77777777" w:rsidR="00C21671" w:rsidRDefault="00000000" w:rsidP="00D962F6">
      <w:pPr>
        <w:keepLines/>
        <w:spacing w:line="240" w:lineRule="auto"/>
      </w:pPr>
      <w:r>
        <w:rPr>
          <w:sz w:val="18"/>
        </w:rPr>
        <w:t xml:space="preserve">Mark + supported, – concern, </w:t>
      </w:r>
      <w:proofErr w:type="gramStart"/>
      <w:r>
        <w:rPr>
          <w:sz w:val="18"/>
        </w:rPr>
        <w:t>or ?</w:t>
      </w:r>
      <w:proofErr w:type="gramEnd"/>
      <w:r>
        <w:rPr>
          <w:sz w:val="18"/>
        </w:rPr>
        <w:t xml:space="preserve"> unclear</w:t>
      </w:r>
      <w:r w:rsidR="00D962F6">
        <w:rPr>
          <w:sz w:val="18"/>
        </w:rPr>
        <w:t xml:space="preserve"> and score it 1-5 if you desire</w:t>
      </w:r>
      <w:r>
        <w:rPr>
          <w:sz w:val="18"/>
        </w:rPr>
        <w:t>. Record an example, observation or follow-up below each item.</w:t>
      </w:r>
    </w:p>
    <w:p w14:paraId="4F5D5042" w14:textId="77777777" w:rsidR="00D962F6" w:rsidRPr="00A32C4A" w:rsidRDefault="00000000" w:rsidP="00D962F6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__ Integrity and respect for customer and dealership property </w:t>
      </w:r>
      <w:r w:rsidRPr="00A32C4A">
        <w:rPr>
          <w:bCs/>
        </w:rPr>
        <w:tab/>
      </w:r>
    </w:p>
    <w:p w14:paraId="49DCDD8D" w14:textId="77777777" w:rsidR="00C21671" w:rsidRPr="00A32C4A" w:rsidRDefault="00000000" w:rsidP="00D962F6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Humility and ownership of mistakes </w:t>
      </w:r>
      <w:r w:rsidRPr="00A32C4A">
        <w:rPr>
          <w:bCs/>
        </w:rPr>
        <w:tab/>
      </w:r>
    </w:p>
    <w:p w14:paraId="392C4171" w14:textId="77777777" w:rsidR="00C21671" w:rsidRPr="00A32C4A" w:rsidRDefault="00000000" w:rsidP="00D962F6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Initiative and willingness to prospect </w:t>
      </w:r>
      <w:r w:rsidRPr="00A32C4A">
        <w:rPr>
          <w:bCs/>
        </w:rPr>
        <w:tab/>
      </w:r>
    </w:p>
    <w:p w14:paraId="71D75002" w14:textId="77777777" w:rsidR="00C21671" w:rsidRPr="00A32C4A" w:rsidRDefault="00000000" w:rsidP="00D962F6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Reliability and sustained work habits </w:t>
      </w:r>
      <w:r w:rsidRPr="00A32C4A">
        <w:rPr>
          <w:bCs/>
        </w:rPr>
        <w:tab/>
      </w:r>
    </w:p>
    <w:p w14:paraId="6C255343" w14:textId="77777777" w:rsidR="00C21671" w:rsidRPr="00A32C4A" w:rsidRDefault="00000000" w:rsidP="00D962F6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Listening, empathy and customer rapport </w:t>
      </w:r>
      <w:r w:rsidRPr="00A32C4A">
        <w:rPr>
          <w:bCs/>
        </w:rPr>
        <w:tab/>
      </w:r>
    </w:p>
    <w:p w14:paraId="6EF818F7" w14:textId="77777777" w:rsidR="00C21671" w:rsidRPr="00A32C4A" w:rsidRDefault="00000000" w:rsidP="00D962F6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Coachability and willingness to follow the sales process </w:t>
      </w:r>
      <w:r w:rsidRPr="00A32C4A">
        <w:rPr>
          <w:bCs/>
        </w:rPr>
        <w:tab/>
      </w:r>
    </w:p>
    <w:p w14:paraId="3EE29DAA" w14:textId="77777777" w:rsidR="00C21671" w:rsidRPr="00A32C4A" w:rsidRDefault="00000000" w:rsidP="00D962F6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Product learning and accurate recall </w:t>
      </w:r>
      <w:r w:rsidRPr="00A32C4A">
        <w:rPr>
          <w:bCs/>
        </w:rPr>
        <w:tab/>
      </w:r>
    </w:p>
    <w:p w14:paraId="16C745D2" w14:textId="77777777" w:rsidR="001C2DEB" w:rsidRPr="00A32C4A" w:rsidRDefault="001C2DEB" w:rsidP="001C2DEB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</w:t>
      </w:r>
      <w:r w:rsidR="000A35E9" w:rsidRPr="00A32C4A">
        <w:rPr>
          <w:bCs/>
        </w:rPr>
        <w:t>Composure, enthusiasm and positive customer presence</w:t>
      </w:r>
      <w:r w:rsidRPr="00A32C4A">
        <w:rPr>
          <w:bCs/>
        </w:rPr>
        <w:t xml:space="preserve"> </w:t>
      </w:r>
      <w:r w:rsidRPr="00A32C4A">
        <w:rPr>
          <w:bCs/>
        </w:rPr>
        <w:tab/>
      </w:r>
    </w:p>
    <w:p w14:paraId="75CE5291" w14:textId="77777777" w:rsidR="001978A0" w:rsidRPr="00A32C4A" w:rsidRDefault="001978A0" w:rsidP="001978A0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>+ / – / ?  _</w:t>
      </w:r>
      <w:proofErr w:type="gramStart"/>
      <w:r w:rsidRPr="00A32C4A">
        <w:rPr>
          <w:bCs/>
        </w:rPr>
        <w:t>_  Goal</w:t>
      </w:r>
      <w:proofErr w:type="gramEnd"/>
      <w:r w:rsidRPr="00A32C4A">
        <w:rPr>
          <w:bCs/>
        </w:rPr>
        <w:t xml:space="preserve"> discipline and awareness of performance numbers </w:t>
      </w:r>
      <w:r w:rsidRPr="00A32C4A">
        <w:rPr>
          <w:bCs/>
        </w:rPr>
        <w:tab/>
      </w:r>
    </w:p>
    <w:p w14:paraId="0742773F" w14:textId="77777777" w:rsidR="001C2DEB" w:rsidRPr="001C2DEB" w:rsidRDefault="001C2DEB" w:rsidP="001978A0">
      <w:pPr>
        <w:keepLines/>
        <w:tabs>
          <w:tab w:val="right" w:leader="underscore" w:pos="10368"/>
        </w:tabs>
        <w:spacing w:after="140" w:line="240" w:lineRule="auto"/>
        <w:rPr>
          <w:sz w:val="18"/>
          <w:szCs w:val="18"/>
        </w:rPr>
      </w:pPr>
      <w:r w:rsidRPr="00A32C4A">
        <w:rPr>
          <w:bCs/>
        </w:rPr>
        <w:t>+ / – / ?   __ Self-review and continuous improvement</w:t>
      </w:r>
      <w:r>
        <w:t xml:space="preserve"> </w:t>
      </w:r>
      <w:r>
        <w:tab/>
      </w:r>
    </w:p>
    <w:p w14:paraId="1BE55506" w14:textId="77777777" w:rsidR="00C21671" w:rsidRDefault="00000000" w:rsidP="00D962F6">
      <w:pPr>
        <w:pStyle w:val="Heading1"/>
        <w:keepNext/>
        <w:spacing w:before="140" w:line="240" w:lineRule="auto"/>
      </w:pPr>
      <w:r>
        <w:t>Traits and Sales Skills</w:t>
      </w:r>
    </w:p>
    <w:p w14:paraId="47FB964E" w14:textId="77777777" w:rsidR="00C21671" w:rsidRPr="00A32C4A" w:rsidRDefault="00000000" w:rsidP="001C2DEB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>+ / – / ?  _</w:t>
      </w:r>
      <w:proofErr w:type="gramStart"/>
      <w:r w:rsidRPr="00A32C4A">
        <w:rPr>
          <w:bCs/>
        </w:rPr>
        <w:t>_  RV</w:t>
      </w:r>
      <w:proofErr w:type="gramEnd"/>
      <w:r w:rsidRPr="00A32C4A">
        <w:rPr>
          <w:bCs/>
        </w:rPr>
        <w:t xml:space="preserve"> ownership and camping knowledge, personal/professional </w:t>
      </w:r>
      <w:r w:rsidRPr="00A32C4A">
        <w:rPr>
          <w:bCs/>
        </w:rPr>
        <w:tab/>
      </w:r>
    </w:p>
    <w:p w14:paraId="19C200FC" w14:textId="77777777" w:rsidR="00496BBA" w:rsidRPr="00A32C4A" w:rsidRDefault="00496BBA" w:rsidP="00496BBA">
      <w:pPr>
        <w:keepLines/>
        <w:tabs>
          <w:tab w:val="right" w:leader="underscore" w:pos="10368"/>
        </w:tabs>
        <w:spacing w:after="140" w:line="240" w:lineRule="auto"/>
        <w:rPr>
          <w:bCs/>
        </w:rPr>
      </w:pPr>
      <w:r w:rsidRPr="00A32C4A">
        <w:rPr>
          <w:bCs/>
        </w:rPr>
        <w:t>+ / – / ?  _</w:t>
      </w:r>
      <w:proofErr w:type="gramStart"/>
      <w:r w:rsidRPr="00A32C4A">
        <w:rPr>
          <w:bCs/>
        </w:rPr>
        <w:t>_  RV</w:t>
      </w:r>
      <w:proofErr w:type="gramEnd"/>
      <w:r w:rsidRPr="00A32C4A">
        <w:rPr>
          <w:bCs/>
        </w:rPr>
        <w:t xml:space="preserve"> stories and RV Passion </w:t>
      </w:r>
      <w:r w:rsidRPr="00A32C4A">
        <w:rPr>
          <w:bCs/>
        </w:rPr>
        <w:tab/>
      </w:r>
    </w:p>
    <w:p w14:paraId="42AC846F" w14:textId="77777777" w:rsidR="000A35E9" w:rsidRPr="00A32C4A" w:rsidRDefault="000A35E9" w:rsidP="00496BBA">
      <w:pPr>
        <w:keepLines/>
        <w:tabs>
          <w:tab w:val="right" w:leader="underscore" w:pos="10368"/>
        </w:tabs>
        <w:spacing w:after="140" w:line="240" w:lineRule="auto"/>
        <w:rPr>
          <w:bCs/>
        </w:rPr>
      </w:pPr>
      <w:r w:rsidRPr="00A32C4A">
        <w:rPr>
          <w:bCs/>
        </w:rPr>
        <w:t>+ / – / ?  _</w:t>
      </w:r>
      <w:proofErr w:type="gramStart"/>
      <w:r w:rsidRPr="00A32C4A">
        <w:rPr>
          <w:bCs/>
        </w:rPr>
        <w:t>_  Prospecting</w:t>
      </w:r>
      <w:proofErr w:type="gramEnd"/>
      <w:r w:rsidRPr="00A32C4A">
        <w:rPr>
          <w:bCs/>
        </w:rPr>
        <w:t xml:space="preserve"> and generating referrals </w:t>
      </w:r>
      <w:r w:rsidRPr="00A32C4A">
        <w:rPr>
          <w:bCs/>
        </w:rPr>
        <w:tab/>
      </w:r>
    </w:p>
    <w:p w14:paraId="6F617BB3" w14:textId="77777777" w:rsidR="000A35E9" w:rsidRPr="00A32C4A" w:rsidRDefault="000A35E9" w:rsidP="00496BBA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Customer qualifying and matching needs to an RV </w:t>
      </w:r>
      <w:r w:rsidRPr="00A32C4A">
        <w:rPr>
          <w:bCs/>
        </w:rPr>
        <w:tab/>
      </w:r>
    </w:p>
    <w:p w14:paraId="09D37904" w14:textId="77777777" w:rsidR="001C2DEB" w:rsidRPr="00A32C4A" w:rsidRDefault="001C2DEB" w:rsidP="001C2DEB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>+ / – / ?  _</w:t>
      </w:r>
      <w:proofErr w:type="gramStart"/>
      <w:r w:rsidRPr="00A32C4A">
        <w:rPr>
          <w:bCs/>
        </w:rPr>
        <w:t>_  Product</w:t>
      </w:r>
      <w:proofErr w:type="gramEnd"/>
      <w:r w:rsidRPr="00A32C4A">
        <w:rPr>
          <w:bCs/>
        </w:rPr>
        <w:t xml:space="preserve"> &amp; Competitive Knowledge </w:t>
      </w:r>
      <w:r w:rsidRPr="00A32C4A">
        <w:rPr>
          <w:bCs/>
        </w:rPr>
        <w:tab/>
      </w:r>
    </w:p>
    <w:p w14:paraId="10D65304" w14:textId="77777777" w:rsidR="001978A0" w:rsidRPr="00A32C4A" w:rsidRDefault="001978A0" w:rsidP="001978A0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>+ / – / ?  _</w:t>
      </w:r>
      <w:proofErr w:type="gramStart"/>
      <w:r w:rsidRPr="00A32C4A">
        <w:rPr>
          <w:bCs/>
        </w:rPr>
        <w:t>_  Towing</w:t>
      </w:r>
      <w:proofErr w:type="gramEnd"/>
      <w:r w:rsidRPr="00A32C4A">
        <w:rPr>
          <w:bCs/>
        </w:rPr>
        <w:t xml:space="preserve"> compatibility / hitchwork </w:t>
      </w:r>
      <w:r w:rsidRPr="00A32C4A">
        <w:rPr>
          <w:bCs/>
        </w:rPr>
        <w:tab/>
      </w:r>
    </w:p>
    <w:p w14:paraId="093B7BA6" w14:textId="77777777" w:rsidR="001C2DEB" w:rsidRPr="00A32C4A" w:rsidRDefault="001C2DEB" w:rsidP="001C2DEB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CRM capability and consistent customer follow-up </w:t>
      </w:r>
      <w:r w:rsidRPr="00A32C4A">
        <w:rPr>
          <w:bCs/>
        </w:rPr>
        <w:tab/>
      </w:r>
    </w:p>
    <w:p w14:paraId="4A0355D0" w14:textId="77777777" w:rsidR="00C21671" w:rsidRPr="00A32C4A" w:rsidRDefault="00000000" w:rsidP="001C2DEB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Phone skills and ability to secure appointments </w:t>
      </w:r>
      <w:r w:rsidRPr="00A32C4A">
        <w:rPr>
          <w:bCs/>
        </w:rPr>
        <w:tab/>
      </w:r>
    </w:p>
    <w:p w14:paraId="7CFFE37A" w14:textId="77777777" w:rsidR="00C21671" w:rsidRPr="00A32C4A" w:rsidRDefault="00000000" w:rsidP="001C2DEB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</w:t>
      </w:r>
      <w:r w:rsidR="000A35E9" w:rsidRPr="00A32C4A">
        <w:rPr>
          <w:bCs/>
        </w:rPr>
        <w:t>Computer skills,</w:t>
      </w:r>
      <w:r w:rsidRPr="00A32C4A">
        <w:rPr>
          <w:bCs/>
        </w:rPr>
        <w:t xml:space="preserve"> professional text and email communication </w:t>
      </w:r>
      <w:r w:rsidRPr="00A32C4A">
        <w:rPr>
          <w:bCs/>
        </w:rPr>
        <w:tab/>
      </w:r>
    </w:p>
    <w:p w14:paraId="7FC6B421" w14:textId="77777777" w:rsidR="00C21671" w:rsidRPr="00A32C4A" w:rsidRDefault="00000000" w:rsidP="001C2DEB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RV walkaround / translating features into customer benefits </w:t>
      </w:r>
      <w:r w:rsidRPr="00A32C4A">
        <w:rPr>
          <w:bCs/>
        </w:rPr>
        <w:tab/>
      </w:r>
    </w:p>
    <w:p w14:paraId="04F95D17" w14:textId="77777777" w:rsidR="00C21671" w:rsidRPr="00A32C4A" w:rsidRDefault="00000000" w:rsidP="001C2DEB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>+ / – / ?   __ Handling objections</w:t>
      </w:r>
      <w:r w:rsidR="000A35E9" w:rsidRPr="00A32C4A">
        <w:rPr>
          <w:bCs/>
        </w:rPr>
        <w:t>, negotiation skills, the ‘setup’</w:t>
      </w:r>
      <w:r w:rsidRPr="00A32C4A">
        <w:rPr>
          <w:bCs/>
        </w:rPr>
        <w:tab/>
      </w:r>
    </w:p>
    <w:p w14:paraId="6D74DBA6" w14:textId="77777777" w:rsidR="00C21671" w:rsidRPr="00A32C4A" w:rsidRDefault="00000000" w:rsidP="001C2DEB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 xml:space="preserve">+ / – / ?   __ Asking for the sale and agreeing on the next step </w:t>
      </w:r>
      <w:r w:rsidRPr="00A32C4A">
        <w:rPr>
          <w:bCs/>
        </w:rPr>
        <w:tab/>
      </w:r>
    </w:p>
    <w:p w14:paraId="371B5429" w14:textId="77777777" w:rsidR="001978A0" w:rsidRPr="00A32C4A" w:rsidRDefault="001978A0" w:rsidP="001978A0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>+ / – / ?  _</w:t>
      </w:r>
      <w:proofErr w:type="gramStart"/>
      <w:r w:rsidRPr="00A32C4A">
        <w:rPr>
          <w:bCs/>
        </w:rPr>
        <w:t>_  Finance</w:t>
      </w:r>
      <w:proofErr w:type="gramEnd"/>
      <w:r w:rsidRPr="00A32C4A">
        <w:rPr>
          <w:bCs/>
        </w:rPr>
        <w:t xml:space="preserve"> understanding / Deal documentation </w:t>
      </w:r>
      <w:r w:rsidRPr="00A32C4A">
        <w:rPr>
          <w:bCs/>
        </w:rPr>
        <w:tab/>
      </w:r>
    </w:p>
    <w:p w14:paraId="2E786F41" w14:textId="77777777" w:rsidR="00C21671" w:rsidRPr="000A35E9" w:rsidRDefault="001C2DEB" w:rsidP="000A35E9">
      <w:pPr>
        <w:keepLines/>
        <w:tabs>
          <w:tab w:val="right" w:leader="underscore" w:pos="10368"/>
        </w:tabs>
        <w:spacing w:after="140" w:line="240" w:lineRule="auto"/>
        <w:rPr>
          <w:bCs/>
          <w:sz w:val="18"/>
          <w:szCs w:val="18"/>
        </w:rPr>
      </w:pPr>
      <w:r w:rsidRPr="00A32C4A">
        <w:rPr>
          <w:bCs/>
        </w:rPr>
        <w:t>+ / – / ?  _</w:t>
      </w:r>
      <w:proofErr w:type="gramStart"/>
      <w:r w:rsidRPr="00A32C4A">
        <w:rPr>
          <w:bCs/>
        </w:rPr>
        <w:t>_  After</w:t>
      </w:r>
      <w:proofErr w:type="gramEnd"/>
      <w:r w:rsidRPr="00A32C4A">
        <w:rPr>
          <w:bCs/>
        </w:rPr>
        <w:t>-sale relationship and follow-up</w:t>
      </w:r>
      <w:r>
        <w:t xml:space="preserve"> </w:t>
      </w:r>
      <w:r>
        <w:tab/>
      </w:r>
    </w:p>
    <w:sectPr w:rsidR="00C21671" w:rsidRPr="000A35E9" w:rsidSect="00034616">
      <w:footerReference w:type="even" r:id="rId8"/>
      <w:footerReference w:type="default" r:id="rId9"/>
      <w:footerReference w:type="first" r:id="rId10"/>
      <w:pgSz w:w="12240" w:h="15840"/>
      <w:pgMar w:top="792" w:right="936" w:bottom="792" w:left="936" w:header="36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07D98" w14:textId="77777777" w:rsidR="00B06A15" w:rsidRDefault="00B06A15">
      <w:pPr>
        <w:spacing w:after="0" w:line="240" w:lineRule="auto"/>
      </w:pPr>
      <w:r>
        <w:separator/>
      </w:r>
    </w:p>
  </w:endnote>
  <w:endnote w:type="continuationSeparator" w:id="0">
    <w:p w14:paraId="3F93F581" w14:textId="77777777" w:rsidR="00B06A15" w:rsidRDefault="00B06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534A0" w14:textId="77777777" w:rsidR="00F17558" w:rsidRDefault="00000000">
    <w:pPr>
      <w:pStyle w:val="Footer"/>
      <w:jc w:val="right"/>
    </w:pPr>
    <w:r>
      <w:rPr>
        <w:noProof/>
      </w:rPr>
      <w:drawing>
        <wp:inline distT="0" distB="0" distL="0" distR="0" wp14:anchorId="2B47CB52" wp14:editId="7C4FD390">
          <wp:extent cx="212752" cy="228600"/>
          <wp:effectExtent l="0" t="0" r="0" b="0"/>
          <wp:docPr id="735141859" name="Picture 7351418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3d6f818d-7680-4490-9c71-bc54584851a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752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16"/>
      </w:rPr>
      <w:t xml:space="preserve">  Level 10 Dealer Performance V203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3B920" w14:textId="77777777" w:rsidR="00F17558" w:rsidRDefault="00000000">
    <w:pPr>
      <w:pStyle w:val="Footer"/>
      <w:jc w:val="right"/>
    </w:pPr>
    <w:r>
      <w:rPr>
        <w:noProof/>
      </w:rPr>
      <w:drawing>
        <wp:inline distT="0" distB="0" distL="0" distR="0" wp14:anchorId="1D744628" wp14:editId="10B43657">
          <wp:extent cx="212752" cy="228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3d6f818d-7680-4490-9c71-bc54584851a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752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16"/>
      </w:rPr>
      <w:t xml:space="preserve">  Level 10 Dealer Performance V203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72FED" w14:textId="77777777" w:rsidR="00F17558" w:rsidRDefault="00000000">
    <w:pPr>
      <w:pStyle w:val="Footer"/>
      <w:jc w:val="right"/>
    </w:pPr>
    <w:r>
      <w:rPr>
        <w:noProof/>
      </w:rPr>
      <w:drawing>
        <wp:inline distT="0" distB="0" distL="0" distR="0" wp14:anchorId="6C9557DB" wp14:editId="38586BDD">
          <wp:extent cx="212752" cy="228600"/>
          <wp:effectExtent l="0" t="0" r="0" b="0"/>
          <wp:docPr id="949838330" name="Picture 949838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3d6f818d-7680-4490-9c71-bc54584851a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752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16"/>
      </w:rPr>
      <w:t xml:space="preserve">  Level 10 Dealer Performance V203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83B9D" w14:textId="77777777" w:rsidR="00B06A15" w:rsidRDefault="00B06A15">
      <w:pPr>
        <w:spacing w:after="0" w:line="240" w:lineRule="auto"/>
      </w:pPr>
      <w:r>
        <w:separator/>
      </w:r>
    </w:p>
  </w:footnote>
  <w:footnote w:type="continuationSeparator" w:id="0">
    <w:p w14:paraId="22229853" w14:textId="77777777" w:rsidR="00B06A15" w:rsidRDefault="00B06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6208597">
    <w:abstractNumId w:val="8"/>
  </w:num>
  <w:num w:numId="2" w16cid:durableId="1847208870">
    <w:abstractNumId w:val="6"/>
  </w:num>
  <w:num w:numId="3" w16cid:durableId="1007442017">
    <w:abstractNumId w:val="5"/>
  </w:num>
  <w:num w:numId="4" w16cid:durableId="1959216145">
    <w:abstractNumId w:val="4"/>
  </w:num>
  <w:num w:numId="5" w16cid:durableId="1607153594">
    <w:abstractNumId w:val="7"/>
  </w:num>
  <w:num w:numId="6" w16cid:durableId="64685919">
    <w:abstractNumId w:val="3"/>
  </w:num>
  <w:num w:numId="7" w16cid:durableId="953513960">
    <w:abstractNumId w:val="2"/>
  </w:num>
  <w:num w:numId="8" w16cid:durableId="805973551">
    <w:abstractNumId w:val="1"/>
  </w:num>
  <w:num w:numId="9" w16cid:durableId="1177427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5E9"/>
    <w:rsid w:val="0015074B"/>
    <w:rsid w:val="001978A0"/>
    <w:rsid w:val="001C2DEB"/>
    <w:rsid w:val="0029639D"/>
    <w:rsid w:val="00326F90"/>
    <w:rsid w:val="00442762"/>
    <w:rsid w:val="004461B5"/>
    <w:rsid w:val="00496BBA"/>
    <w:rsid w:val="008F2C81"/>
    <w:rsid w:val="00A32C4A"/>
    <w:rsid w:val="00AA1D8D"/>
    <w:rsid w:val="00B06A15"/>
    <w:rsid w:val="00B47730"/>
    <w:rsid w:val="00BC2725"/>
    <w:rsid w:val="00C21671"/>
    <w:rsid w:val="00C51738"/>
    <w:rsid w:val="00CB0664"/>
    <w:rsid w:val="00D962F6"/>
    <w:rsid w:val="00F17558"/>
    <w:rsid w:val="00FB52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E9C6AC"/>
  <w14:defaultImageDpi w14:val="300"/>
  <w15:docId w15:val="{37DD1D64-D358-486D-85FC-FD8C0EB5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Lines/>
      <w:spacing w:before="180" w:after="6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contextualSpacing/>
    </w:pPr>
  </w:style>
  <w:style w:type="paragraph" w:styleId="List2">
    <w:name w:val="List 2"/>
    <w:basedOn w:val="Normal"/>
    <w:uiPriority w:val="99"/>
    <w:unhideWhenUsed/>
    <w:rsid w:val="00326F90"/>
    <w:pPr>
      <w:contextualSpacing/>
    </w:pPr>
  </w:style>
  <w:style w:type="paragraph" w:styleId="List3">
    <w:name w:val="List 3"/>
    <w:basedOn w:val="Normal"/>
    <w:uiPriority w:val="99"/>
    <w:unhideWhenUsed/>
    <w:rsid w:val="00326F90"/>
    <w:pPr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0" w:firstLine="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0" w:firstLine="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ind w:left="0" w:firstLine="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ind w:left="0" w:firstLine="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ind w:left="0" w:firstLine="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ind w:left="0" w:firstLine="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 Jacque</cp:lastModifiedBy>
  <cp:revision>4</cp:revision>
  <cp:lastPrinted>2026-10-30T18:44:00Z</cp:lastPrinted>
  <dcterms:created xsi:type="dcterms:W3CDTF">2026-10-30T18:43:00Z</dcterms:created>
  <dcterms:modified xsi:type="dcterms:W3CDTF">2026-10-30T22:17:00Z</dcterms:modified>
  <cp:category/>
</cp:coreProperties>
</file>